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השאלה לפי הניסוח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הנוסחה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ולהשתמש בהן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ציטוט - הסבר -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בלי הסבר לא שווה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ההשוואה ברורה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להסביר למה העמדה הנגדית פחות משכנעת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ניסוח השאלה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(ניתוח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(שאלת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(יצירה שלא נלמדה)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- שאלת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עמדה ברורה כבר במשפט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מביאים נימוק ראשון מהיצירה עם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נימוק שני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מתייחסים לעמדה הנגדית ומסבירים למה היא פחות משכנעת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לבדו לא מוכיח כלום, צריך להסביר איך הוא קשור לטענה ומה הוא מבטא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השווה בין, מה משותף ומה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לעומת זאת,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זיהוי סוג השאלה בעל פה לפני הכתיבה, כדי לחסוך זמן בבחינה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פסקה אחת מלאה לפי הנוסחה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בחלוקת הזמן בבחינה אפשר להשתמש בתרגול הזמן כדי לדמות לחץ זמן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בבחינת הבגרות בספרות יש כמה סוגי שאלות קבועים, ולכל אחד יש מסגרת תשובה משלו. בדף זה נתרגל לזהות את סוג השאלה ולבנות תשובה מסודרת לפי הנוסחה.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לעומת זאת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הנוסחה הבסיסית לכל תשובה בבגרות בספרות?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 - ציטוט - הסבר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ציטוט - טענה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הסבר - דוגמה -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שמנוסחת "הראה מה משותף ומה שונה בין שני השירים" שייכת לאיזה סוג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ניתוח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ציטוט בלי הסבר ועדיין לקבל עליו נקודות מלאות.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השוואה עדיף להשוות היבט אחרי היבט, ולא יצירה שלמה אחרי יצירה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עמדה אין צורך להתייחס לעמדה הנגדית.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השורה האחרונה חוזרת על הראשונה; __________ , השיר יוצר תחושת מעגליות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השיר הראשון עוסק באובדן, __________ השיר השני עוסק בתקווה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ניסוח השאלה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הראה באמצעות שני אמצעים כיצד מתבטא...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שאלת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האם אתה מסכים עם העמדה שמביע...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ניתוח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שיר שלא למדתם ומופיע בבחינה לראשונה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יצירה שלא נלמדה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השלבים - שאלת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מביאים נימוק ראשון מהיצירה עם ציטוט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עמדה ברורה כבר במשפט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מתייחסים לעמדה הנגדית ומסבירים למה היא פחות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מביאים נימוק שני מהיצירה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ציטוט בלי הסבר לא מספיק בתשובה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הנוסחה הבסיסית לכתיבת תשובה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מזהים שאלת השוואה לפי הניסוח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בבגרות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