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השאלה לפי הניסוח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הנוסחה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ולהשתמש בהן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ציטוט - הסבר -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שינוי בין חלקי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בלי הסבר לא שווה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ההשוואה ברורה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להסביר למה העמדה הנגדית פחות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בפתיחת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טענה צריכה להישען על ציטוט מתוך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לפיכך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לעומת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ניסוח השאלה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(ניתוח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(שאלת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(שאלת דמות/תמונה)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(יצירה שלא נלמדה)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- שאלת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עמדה ברורה כבר במשפט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מביאים נימוק ראשון מהיצירה עם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נימוק שני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מתייחסים לעמדה הנגדית ומסבירים למה היא פחות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במשפט סיכום שחוזר לעמדה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לבדו לא מוכיח כלום, צריך להסביר איך הוא קשור לטענה ומה הוא מבטא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שמציג את שתי היצירות ואת הדמיון וההבדל המרכזי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טענה-ציטוט-הסבר-סיכום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השווה בין, מה משותף ומה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לעומת זאת,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זיהוי סוג השאלה בעל פה לפני הכתיבה, כדי לחסוך זמן בבחינה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פסקה אחת מלאה לפי הנוסחה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בחלוקת הזמן בבחינה אפשר להשתמש בתרגול הזמן כדי לדמות לחץ זמן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עונים על שאלות בבגרות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בבחינת הבגרות בספרות יש כמה סוגי שאלות קבועים, ולכל אחד יש מסגרת תשובה משלו. בדף זה נתרגל לזהות את סוג השאלה ולבנות תשובה מסודרת לפי הנוסחה.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הנוסחה הבסיסית לכל תשובה בבגרות בספרות?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- ציטוט - הסבר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- טענה -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- דוגמה -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 וסוף בלי 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שמנוסחת "הראה מה משותף ומה שונה בין שני השירים" שייכת לאיזה סוג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מומלץ להקדיש לשאלה בשווי 30 נקודות מתוך 105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סוג שאלה כותבים "לדעתי" כבר במשפט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מבטאת קשר של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משום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בשיר כדי למצוא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המילים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בין חלקי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ציטוט בלי הסבר ועדיין לקבל עליו נקודות מלאות.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השוואה עדיף להשוות היבט אחרי היבט, ולא יצירה שלמה אחרי יצירה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עמדה אין צורך להתייחס לעמדה הנגדית.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סוג שאלה מומלץ לציין את שם היצירה ואת שם היוצר במשפט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ביצירה שלא נלמדה אפשר לנחש את המשמעות בלי להסתמך על ציטוטים מהטקסט.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מתאר בדידות; __________ , הוא גם מביע תקווה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השורה האחרונה חוזרת על הראשונה; __________ , השיר יוצר תחושת מעגליות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הדמות מתעקשת להישאר במקום; __________ , נוצרת 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הראשון עוסק באובדן, __________ השיר השני עוסק בתקווה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ניסוח השאלה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הראה באמצעות שני אמצעים כיצד מתבטא...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שאלת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הראה מה משותף ומה שונה בין...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שאלת דמות/תמונה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אתה מסכים עם העמדה שמביע...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יצירה שלא נלמדה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אפיין את הדמות ואת השינוי שהיא עוברת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ניתוח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 שלא למדתם ומופיע בבחינה לראשונה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- שאלת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במשפט סיכום שחוזר לעמדה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מתייחסים לעמדה הנגדית ומסבירים למה היא פחות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עמדה ברורה כבר במשפט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נימוק ראשון מהיצירה עם ציטוט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נימוק שני מהיצירה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ציטוט בלי הסבר לא מספיק בתשובה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לשאלת השוואה בין שתי יצירות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הנוסחה הבסיסית לכתיבת תשובה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שאלת השוואה לפי הניסוח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עונים על שאלות בבגרות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